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77578" w14:textId="77777777" w:rsidR="00D3391E" w:rsidRPr="00D3391E" w:rsidRDefault="00D3391E" w:rsidP="00D3391E">
      <w:pPr>
        <w:spacing w:line="480" w:lineRule="auto"/>
        <w:ind w:left="216"/>
        <w:rPr>
          <w:rFonts w:asciiTheme="majorHAnsi" w:hAnsiTheme="majorHAnsi" w:cstheme="majorHAnsi"/>
        </w:rPr>
      </w:pPr>
      <w:r w:rsidRPr="00D3391E">
        <w:rPr>
          <w:rFonts w:asciiTheme="majorHAnsi" w:hAnsiTheme="majorHAnsi" w:cstheme="majorHAnsi"/>
        </w:rPr>
        <w:t>TO: Saudia Cadet Team, Pilot Recruitment Department</w:t>
      </w:r>
    </w:p>
    <w:p w14:paraId="6AD22D38" w14:textId="77777777" w:rsidR="00D3391E" w:rsidRPr="00D3391E" w:rsidRDefault="00D3391E" w:rsidP="00D3391E">
      <w:pPr>
        <w:spacing w:line="480" w:lineRule="auto"/>
        <w:ind w:left="216"/>
        <w:rPr>
          <w:rFonts w:asciiTheme="majorHAnsi" w:hAnsiTheme="majorHAnsi" w:cstheme="majorHAnsi"/>
        </w:rPr>
      </w:pPr>
      <w:r w:rsidRPr="00D3391E">
        <w:rPr>
          <w:rFonts w:asciiTheme="majorHAnsi" w:hAnsiTheme="majorHAnsi" w:cstheme="majorHAnsi"/>
        </w:rPr>
        <w:t>FROM: Ibrahim Aldawsari, Professional Aviation Student and Commercial Pilot Applicant</w:t>
      </w:r>
    </w:p>
    <w:p w14:paraId="1C1DB921" w14:textId="14FC424C" w:rsidR="00D3391E" w:rsidRPr="00D3391E" w:rsidRDefault="00D3391E" w:rsidP="00D3391E">
      <w:pPr>
        <w:spacing w:line="480" w:lineRule="auto"/>
        <w:ind w:left="216"/>
        <w:rPr>
          <w:rFonts w:asciiTheme="majorHAnsi" w:hAnsiTheme="majorHAnsi" w:cstheme="majorHAnsi"/>
        </w:rPr>
      </w:pPr>
      <w:r w:rsidRPr="00D3391E">
        <w:rPr>
          <w:rFonts w:asciiTheme="majorHAnsi" w:hAnsiTheme="majorHAnsi" w:cstheme="majorHAnsi"/>
        </w:rPr>
        <w:t xml:space="preserve">DATE: June </w:t>
      </w:r>
      <w:r>
        <w:rPr>
          <w:rFonts w:asciiTheme="majorHAnsi" w:hAnsiTheme="majorHAnsi" w:cstheme="majorHAnsi"/>
        </w:rPr>
        <w:t>19</w:t>
      </w:r>
      <w:r w:rsidRPr="00D3391E">
        <w:rPr>
          <w:rFonts w:asciiTheme="majorHAnsi" w:hAnsiTheme="majorHAnsi" w:cstheme="majorHAnsi"/>
          <w:vertAlign w:val="superscript"/>
        </w:rPr>
        <w:t>th</w:t>
      </w:r>
      <w:r w:rsidRPr="00D3391E">
        <w:rPr>
          <w:rFonts w:asciiTheme="majorHAnsi" w:hAnsiTheme="majorHAnsi" w:cstheme="majorHAnsi"/>
        </w:rPr>
        <w:t>, 2026</w:t>
      </w:r>
    </w:p>
    <w:p w14:paraId="56A76150" w14:textId="5DE64A99" w:rsidR="00D3391E" w:rsidRPr="00D3391E" w:rsidRDefault="00D3391E" w:rsidP="00D3391E">
      <w:pPr>
        <w:spacing w:line="480" w:lineRule="auto"/>
        <w:ind w:left="216"/>
        <w:rPr>
          <w:rFonts w:asciiTheme="majorHAnsi" w:hAnsiTheme="majorHAnsi" w:cstheme="majorHAnsi"/>
        </w:rPr>
      </w:pPr>
      <w:r w:rsidRPr="00D3391E">
        <w:rPr>
          <w:rFonts w:asciiTheme="majorHAnsi" w:hAnsiTheme="majorHAnsi" w:cstheme="majorHAnsi"/>
        </w:rPr>
        <w:t>SUBJECT: Request for Informational Meeting Regarding Saudia Cadet Program and Future Pilot Opportunities</w:t>
      </w:r>
    </w:p>
    <w:p w14:paraId="40B001CE" w14:textId="6E4D0D4E" w:rsidR="00D3391E" w:rsidRPr="00D3391E" w:rsidRDefault="00D3391E" w:rsidP="00D3391E">
      <w:pPr>
        <w:spacing w:line="480" w:lineRule="auto"/>
        <w:ind w:left="216"/>
        <w:rPr>
          <w:rFonts w:asciiTheme="majorHAnsi" w:hAnsiTheme="majorHAnsi" w:cstheme="majorHAnsi"/>
        </w:rPr>
      </w:pPr>
      <w:r w:rsidRPr="00D3391E">
        <w:rPr>
          <w:rFonts w:asciiTheme="majorHAnsi" w:hAnsiTheme="majorHAnsi" w:cstheme="majorHAnsi"/>
        </w:rPr>
        <w:t>Dear Saudia Cadet Team,</w:t>
      </w:r>
    </w:p>
    <w:p w14:paraId="70F5E323" w14:textId="4E6A4502" w:rsidR="00D3391E" w:rsidRPr="00D3391E" w:rsidRDefault="00D3391E" w:rsidP="00D3391E">
      <w:pPr>
        <w:spacing w:line="480" w:lineRule="auto"/>
        <w:ind w:left="216" w:firstLine="504"/>
        <w:rPr>
          <w:rFonts w:asciiTheme="majorHAnsi" w:hAnsiTheme="majorHAnsi" w:cstheme="majorHAnsi"/>
        </w:rPr>
      </w:pPr>
      <w:r w:rsidRPr="00D3391E">
        <w:rPr>
          <w:rFonts w:asciiTheme="majorHAnsi" w:hAnsiTheme="majorHAnsi" w:cstheme="majorHAnsi"/>
        </w:rPr>
        <w:t>I am writing to introduce myself and request a short informational meeting regarding future pilot opportunities with Saudia, especially the Saudia Cadet Program. I have followed Saudia for many years as the national airline of Saudi Arabia, and I respect the way the company represents the Kingdom through safety, hospitality, and professional service. As a Saudi student studying Professional Aviation in the United States, I am interested in learning how my education, flight training, and bilingual background could prepare me for a future role with Saudia.</w:t>
      </w:r>
    </w:p>
    <w:p w14:paraId="3CA50A61" w14:textId="1D0461F9" w:rsidR="00D3391E" w:rsidRPr="00D3391E" w:rsidRDefault="00D3391E" w:rsidP="00D3391E">
      <w:pPr>
        <w:spacing w:line="480" w:lineRule="auto"/>
        <w:ind w:left="216"/>
        <w:rPr>
          <w:rFonts w:asciiTheme="majorHAnsi" w:hAnsiTheme="majorHAnsi" w:cstheme="majorHAnsi"/>
        </w:rPr>
      </w:pPr>
      <w:r w:rsidRPr="00D3391E">
        <w:rPr>
          <w:rFonts w:asciiTheme="majorHAnsi" w:hAnsiTheme="majorHAnsi" w:cstheme="majorHAnsi"/>
        </w:rPr>
        <w:t>OUTREACH SEGMENT</w:t>
      </w:r>
    </w:p>
    <w:p w14:paraId="6D222AAC" w14:textId="4C2F5204" w:rsidR="00D3391E" w:rsidRPr="00D3391E" w:rsidRDefault="00D3391E" w:rsidP="00D3391E">
      <w:pPr>
        <w:spacing w:line="480" w:lineRule="auto"/>
        <w:ind w:left="216" w:firstLine="504"/>
        <w:rPr>
          <w:rFonts w:asciiTheme="majorHAnsi" w:hAnsiTheme="majorHAnsi" w:cstheme="majorHAnsi"/>
        </w:rPr>
      </w:pPr>
      <w:r w:rsidRPr="00D3391E">
        <w:rPr>
          <w:rFonts w:asciiTheme="majorHAnsi" w:hAnsiTheme="majorHAnsi" w:cstheme="majorHAnsi"/>
        </w:rPr>
        <w:t xml:space="preserve">I am currently a Professional Aviation student at Kansas State University Polytechnic Campus in Salina, Kansas. My aviation training has included Private Pilot and Instrument Rating work, and I am continuing toward my Commercial Pilot Certificate. Because my long-term goal is to become an airline pilot and serve Saudi aviation, I would be grateful for the opportunity to </w:t>
      </w:r>
      <w:proofErr w:type="gramStart"/>
      <w:r w:rsidRPr="00D3391E">
        <w:rPr>
          <w:rFonts w:asciiTheme="majorHAnsi" w:hAnsiTheme="majorHAnsi" w:cstheme="majorHAnsi"/>
        </w:rPr>
        <w:t>make contact with</w:t>
      </w:r>
      <w:proofErr w:type="gramEnd"/>
      <w:r w:rsidRPr="00D3391E">
        <w:rPr>
          <w:rFonts w:asciiTheme="majorHAnsi" w:hAnsiTheme="majorHAnsi" w:cstheme="majorHAnsi"/>
        </w:rPr>
        <w:t xml:space="preserve"> Saudia before I complete the next stage of my training.</w:t>
      </w:r>
    </w:p>
    <w:p w14:paraId="65502CEF" w14:textId="77777777" w:rsidR="00D3391E" w:rsidRDefault="00D3391E" w:rsidP="00D3391E">
      <w:pPr>
        <w:spacing w:line="480" w:lineRule="auto"/>
        <w:ind w:left="216" w:firstLine="504"/>
        <w:rPr>
          <w:rFonts w:asciiTheme="majorHAnsi" w:hAnsiTheme="majorHAnsi" w:cstheme="majorHAnsi"/>
        </w:rPr>
      </w:pPr>
      <w:r w:rsidRPr="00D3391E">
        <w:rPr>
          <w:rFonts w:asciiTheme="majorHAnsi" w:hAnsiTheme="majorHAnsi" w:cstheme="majorHAnsi"/>
        </w:rPr>
        <w:t xml:space="preserve">What interests me most about Saudia is that the airline is growing </w:t>
      </w:r>
      <w:proofErr w:type="gramStart"/>
      <w:r w:rsidRPr="00D3391E">
        <w:rPr>
          <w:rFonts w:asciiTheme="majorHAnsi" w:hAnsiTheme="majorHAnsi" w:cstheme="majorHAnsi"/>
        </w:rPr>
        <w:t>at the same time that</w:t>
      </w:r>
      <w:proofErr w:type="gramEnd"/>
      <w:r w:rsidRPr="00D3391E">
        <w:rPr>
          <w:rFonts w:asciiTheme="majorHAnsi" w:hAnsiTheme="majorHAnsi" w:cstheme="majorHAnsi"/>
        </w:rPr>
        <w:t xml:space="preserve"> Saudi Arabia’s aviation industry is also expanding. Saudia’s Cadet Program shows that the company is looking for serious applicants with a commercial pilot foundation, multi-engine preparation, strong English proficiency, and a professional safety mindset. These expectations match the path I am currently working toward.</w:t>
      </w:r>
    </w:p>
    <w:p w14:paraId="7B07D8EB" w14:textId="4B598A35" w:rsidR="00D3391E" w:rsidRPr="00D3391E" w:rsidRDefault="00D3391E" w:rsidP="00D3391E">
      <w:pPr>
        <w:spacing w:line="480" w:lineRule="auto"/>
        <w:ind w:left="216" w:firstLine="504"/>
        <w:rPr>
          <w:rFonts w:asciiTheme="majorHAnsi" w:hAnsiTheme="majorHAnsi" w:cstheme="majorHAnsi"/>
        </w:rPr>
      </w:pPr>
      <w:r w:rsidRPr="00D3391E">
        <w:rPr>
          <w:rFonts w:asciiTheme="majorHAnsi" w:hAnsiTheme="majorHAnsi" w:cstheme="majorHAnsi"/>
        </w:rPr>
        <w:lastRenderedPageBreak/>
        <w:t>I would appreciate the opportunity to meet with someone from the Talent Acquisition or Pilot Recruitment team for 20 to 30 minutes. My purpose is not to ask for immediate employment before I am fully qualified. Instead, I would like to introduce myself, ask what qualifications I should prioritize, and understand how a Saudi student trained in the United States can prepare for Saudia’s expectations.</w:t>
      </w:r>
    </w:p>
    <w:p w14:paraId="30827FF0" w14:textId="4517E287" w:rsidR="00D3391E" w:rsidRPr="00D3391E" w:rsidRDefault="00D3391E" w:rsidP="00D3391E">
      <w:pPr>
        <w:spacing w:line="480" w:lineRule="auto"/>
        <w:ind w:left="216" w:firstLine="504"/>
        <w:rPr>
          <w:rFonts w:asciiTheme="majorHAnsi" w:hAnsiTheme="majorHAnsi" w:cstheme="majorHAnsi"/>
        </w:rPr>
      </w:pPr>
      <w:r w:rsidRPr="00D3391E">
        <w:rPr>
          <w:rFonts w:asciiTheme="majorHAnsi" w:hAnsiTheme="majorHAnsi" w:cstheme="majorHAnsi"/>
        </w:rPr>
        <w:t>This meeting could also be valuable for Saudia because I represent the kind of applicant the company may want to develop: a Saudi aviation student trained in an international environment, familiar with English-language aviation communication, and motivated to return home with useful skills. A short conversation now could help me align my remaining training with Saudia’s standards and make me a stronger future candidate.</w:t>
      </w:r>
    </w:p>
    <w:p w14:paraId="6AE2F862" w14:textId="405A35A0" w:rsidR="00D3391E" w:rsidRPr="00D3391E" w:rsidRDefault="00D3391E" w:rsidP="00D3391E">
      <w:pPr>
        <w:spacing w:line="480" w:lineRule="auto"/>
        <w:ind w:left="216"/>
        <w:rPr>
          <w:rFonts w:asciiTheme="majorHAnsi" w:hAnsiTheme="majorHAnsi" w:cstheme="majorHAnsi"/>
        </w:rPr>
      </w:pPr>
      <w:r w:rsidRPr="00D3391E">
        <w:rPr>
          <w:rFonts w:asciiTheme="majorHAnsi" w:hAnsiTheme="majorHAnsi" w:cstheme="majorHAnsi"/>
        </w:rPr>
        <w:t>TASK SEGMENT</w:t>
      </w:r>
    </w:p>
    <w:p w14:paraId="147E473A" w14:textId="5FC81A22" w:rsidR="00D3391E" w:rsidRPr="00D3391E" w:rsidRDefault="00D3391E" w:rsidP="00D3391E">
      <w:pPr>
        <w:spacing w:line="480" w:lineRule="auto"/>
        <w:ind w:left="216" w:firstLine="504"/>
        <w:rPr>
          <w:rFonts w:asciiTheme="majorHAnsi" w:hAnsiTheme="majorHAnsi" w:cstheme="majorHAnsi"/>
        </w:rPr>
      </w:pPr>
      <w:r w:rsidRPr="00D3391E">
        <w:rPr>
          <w:rFonts w:asciiTheme="majorHAnsi" w:hAnsiTheme="majorHAnsi" w:cstheme="majorHAnsi"/>
        </w:rPr>
        <w:t>Saudia is the national flag carrier of Saudi Arabia and one of the most visible symbols of the Kingdom’s connection to the world. The airline serves passengers traveling for business, family, education, tourism, Hajj, and Umrah. Because of that role, Saudia’s mission is larger than transportation alone. The airline also supports national identity, hospitality, safety, and Saudi Arabia’s growing presence in global travel.</w:t>
      </w:r>
    </w:p>
    <w:p w14:paraId="68614A43" w14:textId="1A9F707B" w:rsidR="00D3391E" w:rsidRPr="00D3391E" w:rsidRDefault="00D3391E" w:rsidP="00D3391E">
      <w:pPr>
        <w:spacing w:line="480" w:lineRule="auto"/>
        <w:ind w:left="216" w:firstLine="504"/>
        <w:rPr>
          <w:rFonts w:asciiTheme="majorHAnsi" w:hAnsiTheme="majorHAnsi" w:cstheme="majorHAnsi"/>
        </w:rPr>
      </w:pPr>
      <w:r w:rsidRPr="00D3391E">
        <w:rPr>
          <w:rFonts w:asciiTheme="majorHAnsi" w:hAnsiTheme="majorHAnsi" w:cstheme="majorHAnsi"/>
        </w:rPr>
        <w:t>Saudia is moving through an important period of transformation. The airline has emphasized fleet modernization, aircraft deliveries, and route growth. These developments connect to Saudi Arabia’s broader aviation and tourism goals under Vision 2030. As a result, the company will need pilots who can combine technical competence with professionalism, cultural understanding, and strong communication.</w:t>
      </w:r>
    </w:p>
    <w:p w14:paraId="5ED6D9E2" w14:textId="77777777" w:rsidR="00D3391E" w:rsidRDefault="00D3391E" w:rsidP="00D3391E">
      <w:pPr>
        <w:spacing w:line="480" w:lineRule="auto"/>
        <w:ind w:left="216" w:firstLine="504"/>
        <w:rPr>
          <w:rFonts w:asciiTheme="majorHAnsi" w:hAnsiTheme="majorHAnsi" w:cstheme="majorHAnsi"/>
        </w:rPr>
      </w:pPr>
      <w:r w:rsidRPr="00D3391E">
        <w:rPr>
          <w:rFonts w:asciiTheme="majorHAnsi" w:hAnsiTheme="majorHAnsi" w:cstheme="majorHAnsi"/>
        </w:rPr>
        <w:t>My background fits this mission in several ways. First, I am a Saudi student who understands the culture and values Saudia represents. Second, my aviation education in the United States has trained me to operate in an English-speaking aviation environment. Third, my experience as an international student has made me more independent, adaptable, and comfortable communicating with people from different backgrounds.</w:t>
      </w:r>
    </w:p>
    <w:p w14:paraId="0D08F841" w14:textId="7371AA16" w:rsidR="00D3391E" w:rsidRPr="00D3391E" w:rsidRDefault="00D3391E" w:rsidP="00D3391E">
      <w:pPr>
        <w:spacing w:line="480" w:lineRule="auto"/>
        <w:ind w:left="216" w:firstLine="504"/>
        <w:rPr>
          <w:rFonts w:asciiTheme="majorHAnsi" w:hAnsiTheme="majorHAnsi" w:cstheme="majorHAnsi"/>
        </w:rPr>
      </w:pPr>
      <w:r w:rsidRPr="00D3391E">
        <w:rPr>
          <w:rFonts w:asciiTheme="majorHAnsi" w:hAnsiTheme="majorHAnsi" w:cstheme="majorHAnsi"/>
        </w:rPr>
        <w:lastRenderedPageBreak/>
        <w:t>I also bring a realistic understanding of the pilot career path. I understand that being a pilot is not only about flying aircraft. It requires studying regulations, accepting feedback, keeping organized records, respecting checklists, and making safe decisions even when there is pressure. These habits are important for any airline, but they are especially important for a national carrier that represents millions of passengers and the reputation of Saudi Arabia.</w:t>
      </w:r>
    </w:p>
    <w:p w14:paraId="2A42877A" w14:textId="6A96F8EA" w:rsidR="00D3391E" w:rsidRPr="00D3391E" w:rsidRDefault="00D3391E" w:rsidP="00D3391E">
      <w:pPr>
        <w:spacing w:line="480" w:lineRule="auto"/>
        <w:ind w:left="216"/>
        <w:rPr>
          <w:rFonts w:asciiTheme="majorHAnsi" w:hAnsiTheme="majorHAnsi" w:cstheme="majorHAnsi"/>
        </w:rPr>
      </w:pPr>
      <w:r w:rsidRPr="00D3391E">
        <w:rPr>
          <w:rFonts w:asciiTheme="majorHAnsi" w:hAnsiTheme="majorHAnsi" w:cstheme="majorHAnsi"/>
        </w:rPr>
        <w:t>DISCUSSION SEGMENT</w:t>
      </w:r>
    </w:p>
    <w:p w14:paraId="179AA37C" w14:textId="3CD80AA4" w:rsidR="00D3391E" w:rsidRPr="00D3391E" w:rsidRDefault="00D3391E" w:rsidP="00D3391E">
      <w:pPr>
        <w:spacing w:line="480" w:lineRule="auto"/>
        <w:ind w:left="216" w:firstLine="504"/>
        <w:rPr>
          <w:rFonts w:asciiTheme="majorHAnsi" w:hAnsiTheme="majorHAnsi" w:cstheme="majorHAnsi"/>
        </w:rPr>
      </w:pPr>
      <w:r w:rsidRPr="00D3391E">
        <w:rPr>
          <w:rFonts w:asciiTheme="majorHAnsi" w:hAnsiTheme="majorHAnsi" w:cstheme="majorHAnsi"/>
        </w:rPr>
        <w:t xml:space="preserve">I have chosen Saudia because my personal goals and the company’s mission connect closely. I want a career that allows me to use my aviation education in service of Saudi Arabia. Saudia’s role in supporting travel, tourism, and national development gives that goal a clear professional direction. For me, working </w:t>
      </w:r>
      <w:proofErr w:type="gramStart"/>
      <w:r w:rsidRPr="00D3391E">
        <w:rPr>
          <w:rFonts w:asciiTheme="majorHAnsi" w:hAnsiTheme="majorHAnsi" w:cstheme="majorHAnsi"/>
        </w:rPr>
        <w:t>toward</w:t>
      </w:r>
      <w:proofErr w:type="gramEnd"/>
      <w:r w:rsidRPr="00D3391E">
        <w:rPr>
          <w:rFonts w:asciiTheme="majorHAnsi" w:hAnsiTheme="majorHAnsi" w:cstheme="majorHAnsi"/>
        </w:rPr>
        <w:t xml:space="preserve"> Saudia is not only about finding a job. It is about becoming part of a company that represents my country internationally.</w:t>
      </w:r>
    </w:p>
    <w:p w14:paraId="6CFCE62C" w14:textId="471D030E" w:rsidR="00D3391E" w:rsidRPr="00D3391E" w:rsidRDefault="00D3391E" w:rsidP="00D3391E">
      <w:pPr>
        <w:spacing w:line="480" w:lineRule="auto"/>
        <w:ind w:left="216" w:firstLine="504"/>
        <w:rPr>
          <w:rFonts w:asciiTheme="majorHAnsi" w:hAnsiTheme="majorHAnsi" w:cstheme="majorHAnsi"/>
        </w:rPr>
      </w:pPr>
      <w:r w:rsidRPr="00D3391E">
        <w:rPr>
          <w:rFonts w:asciiTheme="majorHAnsi" w:hAnsiTheme="majorHAnsi" w:cstheme="majorHAnsi"/>
        </w:rPr>
        <w:t>My education and training give me a foundation that can help Saudia meet its future needs. Through aviation coursework and flight training, I have built knowledge in aircraft operations, instrument procedures, weather review, checklist discipline, radio communication, and safety-based decision-making. These are important skills because airline pilots must be accurate, calm, professional, and prepared to follow procedures every time they operate.</w:t>
      </w:r>
    </w:p>
    <w:p w14:paraId="3ACDA072" w14:textId="3F0B02E2" w:rsidR="00D3391E" w:rsidRPr="00D3391E" w:rsidRDefault="00D3391E" w:rsidP="00D3391E">
      <w:pPr>
        <w:spacing w:line="480" w:lineRule="auto"/>
        <w:ind w:left="216" w:firstLine="504"/>
        <w:rPr>
          <w:rFonts w:asciiTheme="majorHAnsi" w:hAnsiTheme="majorHAnsi" w:cstheme="majorHAnsi"/>
        </w:rPr>
      </w:pPr>
      <w:r w:rsidRPr="00D3391E">
        <w:rPr>
          <w:rFonts w:asciiTheme="majorHAnsi" w:hAnsiTheme="majorHAnsi" w:cstheme="majorHAnsi"/>
        </w:rPr>
        <w:t xml:space="preserve">In addition to technical skills, I can offer soft skills that matter in airline operations. I am loyal to my long-term goals, hardworking when I have a clear path, and willing to accept </w:t>
      </w:r>
      <w:proofErr w:type="gramStart"/>
      <w:r w:rsidRPr="00D3391E">
        <w:rPr>
          <w:rFonts w:asciiTheme="majorHAnsi" w:hAnsiTheme="majorHAnsi" w:cstheme="majorHAnsi"/>
        </w:rPr>
        <w:t>correction</w:t>
      </w:r>
      <w:proofErr w:type="gramEnd"/>
      <w:r w:rsidRPr="00D3391E">
        <w:rPr>
          <w:rFonts w:asciiTheme="majorHAnsi" w:hAnsiTheme="majorHAnsi" w:cstheme="majorHAnsi"/>
        </w:rPr>
        <w:t>. As an international student, I have had to solve problems independently, communicate across cultures, and continue moving forward even when school, training, and paperwork became difficult. Those experiences have made me more mature and better prepared for the discipline of aviation.</w:t>
      </w:r>
    </w:p>
    <w:p w14:paraId="06CB6F3D" w14:textId="77777777" w:rsidR="00D3391E" w:rsidRDefault="00D3391E" w:rsidP="00D3391E">
      <w:pPr>
        <w:spacing w:line="480" w:lineRule="auto"/>
        <w:ind w:left="216" w:firstLine="504"/>
        <w:rPr>
          <w:rFonts w:asciiTheme="majorHAnsi" w:hAnsiTheme="majorHAnsi" w:cstheme="majorHAnsi"/>
        </w:rPr>
      </w:pPr>
    </w:p>
    <w:p w14:paraId="0666AF81" w14:textId="77777777" w:rsidR="00D3391E" w:rsidRDefault="00D3391E" w:rsidP="00D3391E">
      <w:pPr>
        <w:spacing w:line="480" w:lineRule="auto"/>
        <w:ind w:left="216" w:firstLine="504"/>
        <w:rPr>
          <w:rFonts w:asciiTheme="majorHAnsi" w:hAnsiTheme="majorHAnsi" w:cstheme="majorHAnsi"/>
        </w:rPr>
      </w:pPr>
    </w:p>
    <w:p w14:paraId="401FEC81" w14:textId="2C67A036" w:rsidR="00D3391E" w:rsidRPr="00D3391E" w:rsidRDefault="00D3391E" w:rsidP="00D3391E">
      <w:pPr>
        <w:spacing w:line="480" w:lineRule="auto"/>
        <w:ind w:left="216" w:firstLine="504"/>
        <w:rPr>
          <w:rFonts w:asciiTheme="majorHAnsi" w:hAnsiTheme="majorHAnsi" w:cstheme="majorHAnsi"/>
        </w:rPr>
      </w:pPr>
      <w:r w:rsidRPr="00D3391E">
        <w:rPr>
          <w:rFonts w:asciiTheme="majorHAnsi" w:hAnsiTheme="majorHAnsi" w:cstheme="majorHAnsi"/>
        </w:rPr>
        <w:lastRenderedPageBreak/>
        <w:t>This is a timely moment for Saudia to connect with applicants like me because Saudi aviation is expanding quickly. Growth in routes, aircraft, tourism, and national aviation goals will require a steady pipeline of qualified Saudi pilots. Meeting potential candidates before they finish training can help Saudia guide them toward the exact qualifications the company needs, including GACA readiness, English proficiency, multi-engine experience, and professional safety culture.</w:t>
      </w:r>
    </w:p>
    <w:p w14:paraId="37F66FB9" w14:textId="1E7A01E0" w:rsidR="00D3391E" w:rsidRPr="00D3391E" w:rsidRDefault="00D3391E" w:rsidP="00D3391E">
      <w:pPr>
        <w:spacing w:line="480" w:lineRule="auto"/>
        <w:ind w:left="216" w:firstLine="504"/>
        <w:rPr>
          <w:rFonts w:asciiTheme="majorHAnsi" w:hAnsiTheme="majorHAnsi" w:cstheme="majorHAnsi"/>
        </w:rPr>
      </w:pPr>
      <w:r w:rsidRPr="00D3391E">
        <w:rPr>
          <w:rFonts w:asciiTheme="majorHAnsi" w:hAnsiTheme="majorHAnsi" w:cstheme="majorHAnsi"/>
        </w:rPr>
        <w:t>For these reasons, I believe I would be a strong future candidate for Saudia. I am not presenting myself as a finished airline pilot yet. I am presenting myself as a serious developing pilot who understands the work ahead and wants to prepare the right way. A short informational meeting would help me take the next steps with clearer purpose and stronger alignment with Saudia’s expectations.</w:t>
      </w:r>
    </w:p>
    <w:p w14:paraId="2EC67AC7" w14:textId="49A6A213" w:rsidR="00D3391E" w:rsidRPr="00D3391E" w:rsidRDefault="00D3391E" w:rsidP="00D3391E">
      <w:pPr>
        <w:spacing w:line="480" w:lineRule="auto"/>
        <w:ind w:left="216"/>
        <w:rPr>
          <w:rFonts w:asciiTheme="majorHAnsi" w:hAnsiTheme="majorHAnsi" w:cstheme="majorHAnsi"/>
        </w:rPr>
      </w:pPr>
      <w:r w:rsidRPr="00D3391E">
        <w:rPr>
          <w:rFonts w:asciiTheme="majorHAnsi" w:hAnsiTheme="majorHAnsi" w:cstheme="majorHAnsi"/>
        </w:rPr>
        <w:t>CLOSING SEGMENT</w:t>
      </w:r>
    </w:p>
    <w:p w14:paraId="129B62B9" w14:textId="18A4997B" w:rsidR="00D3391E" w:rsidRPr="00D3391E" w:rsidRDefault="00D3391E" w:rsidP="00D3391E">
      <w:pPr>
        <w:spacing w:line="480" w:lineRule="auto"/>
        <w:ind w:left="216" w:firstLine="504"/>
        <w:rPr>
          <w:rFonts w:asciiTheme="majorHAnsi" w:hAnsiTheme="majorHAnsi" w:cstheme="majorHAnsi"/>
        </w:rPr>
      </w:pPr>
      <w:r w:rsidRPr="00D3391E">
        <w:rPr>
          <w:rFonts w:asciiTheme="majorHAnsi" w:hAnsiTheme="majorHAnsi" w:cstheme="majorHAnsi"/>
        </w:rPr>
        <w:t xml:space="preserve">Thank you for considering my request. I would be grateful to </w:t>
      </w:r>
      <w:proofErr w:type="gramStart"/>
      <w:r w:rsidRPr="00D3391E">
        <w:rPr>
          <w:rFonts w:asciiTheme="majorHAnsi" w:hAnsiTheme="majorHAnsi" w:cstheme="majorHAnsi"/>
        </w:rPr>
        <w:t>meet</w:t>
      </w:r>
      <w:proofErr w:type="gramEnd"/>
      <w:r w:rsidRPr="00D3391E">
        <w:rPr>
          <w:rFonts w:asciiTheme="majorHAnsi" w:hAnsiTheme="majorHAnsi" w:cstheme="majorHAnsi"/>
        </w:rPr>
        <w:t xml:space="preserve"> by video call or email at your convenience. I am generally available Monday through Thursday after 2:00 p.m. Central Time, and I can adjust for Saudi Arabia time if needed. I have attached my resume for your review. I hope to discuss how my aviation training, bilingual background, and commitment to Saudi aviation can help me grow into the kind of candidate Saudia needs for the future.</w:t>
      </w:r>
    </w:p>
    <w:p w14:paraId="6AC7F2C7" w14:textId="7DA0D0B5" w:rsidR="00D3391E" w:rsidRPr="00D3391E" w:rsidRDefault="00D3391E" w:rsidP="00D3391E">
      <w:pPr>
        <w:spacing w:line="480" w:lineRule="auto"/>
        <w:ind w:left="216"/>
        <w:rPr>
          <w:rFonts w:asciiTheme="majorHAnsi" w:hAnsiTheme="majorHAnsi" w:cstheme="majorHAnsi"/>
        </w:rPr>
      </w:pPr>
      <w:r w:rsidRPr="00D3391E">
        <w:rPr>
          <w:rFonts w:asciiTheme="majorHAnsi" w:hAnsiTheme="majorHAnsi" w:cstheme="majorHAnsi"/>
        </w:rPr>
        <w:t>Respectfully,</w:t>
      </w:r>
    </w:p>
    <w:p w14:paraId="083DF76E" w14:textId="13B9ADD0" w:rsidR="008C1A02" w:rsidRDefault="00D3391E" w:rsidP="00D3391E">
      <w:pPr>
        <w:spacing w:line="480" w:lineRule="auto"/>
        <w:ind w:left="216"/>
        <w:rPr>
          <w:rFonts w:asciiTheme="majorHAnsi" w:hAnsiTheme="majorHAnsi" w:cstheme="majorHAnsi"/>
        </w:rPr>
      </w:pPr>
      <w:r w:rsidRPr="00D3391E">
        <w:rPr>
          <w:rFonts w:asciiTheme="majorHAnsi" w:hAnsiTheme="majorHAnsi" w:cstheme="majorHAnsi"/>
        </w:rPr>
        <w:t>Ibrahim Aldawsari</w:t>
      </w:r>
    </w:p>
    <w:p w14:paraId="789FADDA" w14:textId="77777777" w:rsidR="00D3391E" w:rsidRDefault="00D3391E" w:rsidP="00D3391E">
      <w:pPr>
        <w:spacing w:line="480" w:lineRule="auto"/>
        <w:ind w:left="216"/>
        <w:rPr>
          <w:rFonts w:asciiTheme="majorHAnsi" w:hAnsiTheme="majorHAnsi" w:cstheme="majorHAnsi"/>
        </w:rPr>
      </w:pPr>
    </w:p>
    <w:p w14:paraId="6E60A109" w14:textId="77777777" w:rsidR="00D3391E" w:rsidRDefault="00D3391E" w:rsidP="00D3391E">
      <w:pPr>
        <w:spacing w:line="480" w:lineRule="auto"/>
        <w:ind w:left="216"/>
        <w:rPr>
          <w:rFonts w:asciiTheme="majorHAnsi" w:hAnsiTheme="majorHAnsi" w:cstheme="majorHAnsi"/>
        </w:rPr>
      </w:pPr>
    </w:p>
    <w:p w14:paraId="2F74DB39" w14:textId="77777777" w:rsidR="00D3391E" w:rsidRDefault="00D3391E" w:rsidP="00D3391E">
      <w:pPr>
        <w:spacing w:line="480" w:lineRule="auto"/>
        <w:ind w:left="216"/>
        <w:rPr>
          <w:rFonts w:asciiTheme="majorHAnsi" w:hAnsiTheme="majorHAnsi" w:cstheme="majorHAnsi"/>
        </w:rPr>
      </w:pPr>
    </w:p>
    <w:p w14:paraId="078AE8F2" w14:textId="77777777" w:rsidR="00D3391E" w:rsidRDefault="00D3391E" w:rsidP="00D3391E">
      <w:pPr>
        <w:spacing w:line="480" w:lineRule="auto"/>
        <w:ind w:left="216"/>
        <w:rPr>
          <w:rFonts w:asciiTheme="majorHAnsi" w:hAnsiTheme="majorHAnsi" w:cstheme="majorHAnsi"/>
        </w:rPr>
      </w:pPr>
    </w:p>
    <w:p w14:paraId="53EFF997" w14:textId="77777777" w:rsidR="00D3391E" w:rsidRDefault="00D3391E" w:rsidP="00D3391E">
      <w:pPr>
        <w:spacing w:line="480" w:lineRule="auto"/>
        <w:ind w:left="216"/>
        <w:rPr>
          <w:rFonts w:asciiTheme="majorHAnsi" w:hAnsiTheme="majorHAnsi" w:cstheme="majorHAnsi"/>
        </w:rPr>
      </w:pPr>
    </w:p>
    <w:p w14:paraId="178B2D21" w14:textId="77777777" w:rsidR="00D3391E" w:rsidRDefault="00D3391E" w:rsidP="00D3391E">
      <w:pPr>
        <w:spacing w:line="480" w:lineRule="auto"/>
        <w:ind w:left="216"/>
        <w:rPr>
          <w:rFonts w:asciiTheme="majorHAnsi" w:hAnsiTheme="majorHAnsi" w:cstheme="majorHAnsi"/>
        </w:rPr>
      </w:pPr>
    </w:p>
    <w:p w14:paraId="0D57560E" w14:textId="77777777" w:rsidR="00D3391E" w:rsidRPr="00F742CF" w:rsidRDefault="00D3391E" w:rsidP="00D3391E">
      <w:pPr>
        <w:pageBreakBefore/>
        <w:spacing w:after="0" w:line="480" w:lineRule="auto"/>
        <w:jc w:val="center"/>
        <w:rPr>
          <w:rFonts w:asciiTheme="minorBidi" w:hAnsiTheme="minorBidi"/>
          <w:bCs/>
        </w:rPr>
      </w:pPr>
      <w:r w:rsidRPr="00F742CF">
        <w:rPr>
          <w:rFonts w:asciiTheme="minorBidi" w:hAnsiTheme="minorBidi"/>
          <w:bCs/>
          <w:sz w:val="30"/>
        </w:rPr>
        <w:lastRenderedPageBreak/>
        <w:t>IBRAHIM ALDAWSARI</w:t>
      </w:r>
    </w:p>
    <w:p w14:paraId="6A8D06BD" w14:textId="77777777" w:rsidR="00D3391E" w:rsidRPr="00F742CF" w:rsidRDefault="00D3391E" w:rsidP="00D3391E">
      <w:pPr>
        <w:spacing w:line="480" w:lineRule="auto"/>
        <w:jc w:val="center"/>
        <w:rPr>
          <w:rFonts w:asciiTheme="minorBidi" w:hAnsiTheme="minorBidi"/>
          <w:bCs/>
          <w:sz w:val="20"/>
        </w:rPr>
      </w:pPr>
      <w:r w:rsidRPr="00F742CF">
        <w:rPr>
          <w:rFonts w:asciiTheme="minorBidi" w:hAnsiTheme="minorBidi"/>
          <w:bCs/>
          <w:sz w:val="20"/>
        </w:rPr>
        <w:t>Salina, Kansas | ibra-s@live.com | +1 785-914-9122 | +966563960808</w:t>
      </w:r>
    </w:p>
    <w:p w14:paraId="3F486E95" w14:textId="77777777" w:rsidR="00D3391E" w:rsidRPr="00F742CF" w:rsidRDefault="00D3391E" w:rsidP="00D3391E">
      <w:pPr>
        <w:shd w:val="clear" w:color="auto" w:fill="E7E6E6"/>
        <w:spacing w:before="160" w:after="40" w:line="480" w:lineRule="auto"/>
        <w:rPr>
          <w:rFonts w:asciiTheme="minorBidi" w:hAnsiTheme="minorBidi"/>
          <w:bCs/>
        </w:rPr>
      </w:pPr>
      <w:r w:rsidRPr="00F742CF">
        <w:rPr>
          <w:rFonts w:asciiTheme="minorBidi" w:hAnsiTheme="minorBidi"/>
          <w:bCs/>
          <w:sz w:val="20"/>
        </w:rPr>
        <w:t>OBJECTIVE</w:t>
      </w:r>
    </w:p>
    <w:p w14:paraId="58C70F83" w14:textId="77777777" w:rsidR="00D3391E" w:rsidRPr="00F742CF" w:rsidRDefault="00D3391E" w:rsidP="00D3391E">
      <w:pPr>
        <w:spacing w:after="80" w:line="480" w:lineRule="auto"/>
        <w:rPr>
          <w:rFonts w:asciiTheme="minorBidi" w:hAnsiTheme="minorBidi"/>
          <w:bCs/>
        </w:rPr>
      </w:pPr>
      <w:r w:rsidRPr="00F742CF">
        <w:rPr>
          <w:rFonts w:asciiTheme="minorBidi" w:hAnsiTheme="minorBidi"/>
          <w:bCs/>
          <w:sz w:val="21"/>
        </w:rPr>
        <w:t>Seeking a future pilot cadet or aviation internship opportunity that uses my flight training, instrument procedures knowledge, aviation safety mindset, and bilingual English-Arabic communication skills.</w:t>
      </w:r>
    </w:p>
    <w:p w14:paraId="67AAF612" w14:textId="77777777" w:rsidR="00D3391E" w:rsidRPr="00F742CF" w:rsidRDefault="00D3391E" w:rsidP="00D3391E">
      <w:pPr>
        <w:shd w:val="clear" w:color="auto" w:fill="E7E6E6"/>
        <w:spacing w:before="160" w:after="40" w:line="480" w:lineRule="auto"/>
        <w:rPr>
          <w:rFonts w:asciiTheme="minorBidi" w:hAnsiTheme="minorBidi"/>
          <w:bCs/>
        </w:rPr>
      </w:pPr>
      <w:r w:rsidRPr="00F742CF">
        <w:rPr>
          <w:rFonts w:asciiTheme="minorBidi" w:hAnsiTheme="minorBidi"/>
          <w:bCs/>
          <w:sz w:val="20"/>
        </w:rPr>
        <w:t>EDUCATION</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1655"/>
        <w:gridCol w:w="7992"/>
      </w:tblGrid>
      <w:tr w:rsidR="00D3391E" w:rsidRPr="00F742CF" w14:paraId="3336214C" w14:textId="77777777" w:rsidTr="00E64E63">
        <w:trPr>
          <w:jc w:val="center"/>
        </w:trPr>
        <w:tc>
          <w:tcPr>
            <w:tcW w:w="1655" w:type="dxa"/>
          </w:tcPr>
          <w:p w14:paraId="24AEF672" w14:textId="77777777" w:rsidR="00D3391E" w:rsidRPr="00F742CF" w:rsidRDefault="00D3391E" w:rsidP="00E64E63">
            <w:pPr>
              <w:spacing w:after="0" w:line="480" w:lineRule="auto"/>
              <w:rPr>
                <w:rFonts w:asciiTheme="minorBidi" w:hAnsiTheme="minorBidi"/>
                <w:bCs/>
              </w:rPr>
            </w:pPr>
            <w:r w:rsidRPr="00F742CF">
              <w:rPr>
                <w:rFonts w:asciiTheme="minorBidi" w:hAnsiTheme="minorBidi"/>
                <w:bCs/>
                <w:sz w:val="20"/>
              </w:rPr>
              <w:t>2020-Present</w:t>
            </w:r>
          </w:p>
        </w:tc>
        <w:tc>
          <w:tcPr>
            <w:tcW w:w="7992" w:type="dxa"/>
          </w:tcPr>
          <w:p w14:paraId="67312816" w14:textId="77777777" w:rsidR="00D3391E" w:rsidRPr="00F742CF" w:rsidRDefault="00D3391E" w:rsidP="00E64E63">
            <w:pPr>
              <w:spacing w:after="20" w:line="480" w:lineRule="auto"/>
              <w:rPr>
                <w:rFonts w:asciiTheme="minorBidi" w:hAnsiTheme="minorBidi"/>
                <w:bCs/>
              </w:rPr>
            </w:pPr>
            <w:r w:rsidRPr="00F742CF">
              <w:rPr>
                <w:rFonts w:asciiTheme="minorBidi" w:hAnsiTheme="minorBidi"/>
                <w:bCs/>
                <w:sz w:val="21"/>
              </w:rPr>
              <w:t>Kansas State University Polytechnic Campus, Salina, Kansas - Professional Aviation</w:t>
            </w:r>
          </w:p>
          <w:p w14:paraId="63DBC86E" w14:textId="77777777" w:rsidR="00D3391E" w:rsidRPr="00F742CF" w:rsidRDefault="00D3391E" w:rsidP="00E64E63">
            <w:pPr>
              <w:spacing w:after="0" w:line="480" w:lineRule="auto"/>
              <w:ind w:left="216" w:hanging="216"/>
              <w:rPr>
                <w:rFonts w:asciiTheme="minorBidi" w:hAnsiTheme="minorBidi"/>
                <w:bCs/>
              </w:rPr>
            </w:pPr>
            <w:r w:rsidRPr="00F742CF">
              <w:rPr>
                <w:rFonts w:asciiTheme="minorBidi" w:hAnsiTheme="minorBidi"/>
                <w:bCs/>
                <w:sz w:val="20"/>
              </w:rPr>
              <w:t>• Aviation coursework includes flight operations, air traffic control, aviation safety, technical writing</w:t>
            </w:r>
            <w:proofErr w:type="gramStart"/>
            <w:r w:rsidRPr="00F742CF">
              <w:rPr>
                <w:rFonts w:asciiTheme="minorBidi" w:hAnsiTheme="minorBidi"/>
                <w:bCs/>
                <w:sz w:val="20"/>
              </w:rPr>
              <w:t>, business</w:t>
            </w:r>
            <w:proofErr w:type="gramEnd"/>
            <w:r w:rsidRPr="00F742CF">
              <w:rPr>
                <w:rFonts w:asciiTheme="minorBidi" w:hAnsiTheme="minorBidi"/>
                <w:bCs/>
                <w:sz w:val="20"/>
              </w:rPr>
              <w:t>.</w:t>
            </w:r>
          </w:p>
          <w:p w14:paraId="01A50825" w14:textId="77777777" w:rsidR="00D3391E" w:rsidRPr="00F742CF" w:rsidRDefault="00D3391E" w:rsidP="00E64E63">
            <w:pPr>
              <w:spacing w:after="0" w:line="480" w:lineRule="auto"/>
              <w:ind w:left="216" w:hanging="216"/>
              <w:rPr>
                <w:rFonts w:asciiTheme="minorBidi" w:hAnsiTheme="minorBidi"/>
                <w:bCs/>
              </w:rPr>
            </w:pPr>
            <w:r w:rsidRPr="00F742CF">
              <w:rPr>
                <w:rFonts w:asciiTheme="minorBidi" w:hAnsiTheme="minorBidi"/>
                <w:bCs/>
                <w:sz w:val="20"/>
              </w:rPr>
              <w:t>• Developed professional communication skills through English-language university coursework.</w:t>
            </w:r>
          </w:p>
        </w:tc>
      </w:tr>
      <w:tr w:rsidR="00D3391E" w:rsidRPr="00F742CF" w14:paraId="46B25318" w14:textId="77777777" w:rsidTr="00E64E63">
        <w:trPr>
          <w:jc w:val="center"/>
        </w:trPr>
        <w:tc>
          <w:tcPr>
            <w:tcW w:w="1655" w:type="dxa"/>
          </w:tcPr>
          <w:p w14:paraId="3EA840BE" w14:textId="77777777" w:rsidR="00D3391E" w:rsidRPr="00F742CF" w:rsidRDefault="00D3391E" w:rsidP="00E64E63">
            <w:pPr>
              <w:spacing w:after="0" w:line="480" w:lineRule="auto"/>
              <w:rPr>
                <w:rFonts w:asciiTheme="minorBidi" w:hAnsiTheme="minorBidi"/>
                <w:bCs/>
              </w:rPr>
            </w:pPr>
            <w:r w:rsidRPr="00F742CF">
              <w:rPr>
                <w:rFonts w:asciiTheme="minorBidi" w:hAnsiTheme="minorBidi"/>
                <w:bCs/>
                <w:sz w:val="20"/>
              </w:rPr>
              <w:t>2018</w:t>
            </w:r>
          </w:p>
        </w:tc>
        <w:tc>
          <w:tcPr>
            <w:tcW w:w="7992" w:type="dxa"/>
          </w:tcPr>
          <w:p w14:paraId="57C8A016" w14:textId="77777777" w:rsidR="00D3391E" w:rsidRPr="00F742CF" w:rsidRDefault="00D3391E" w:rsidP="00E64E63">
            <w:pPr>
              <w:spacing w:after="20" w:line="480" w:lineRule="auto"/>
              <w:rPr>
                <w:rFonts w:asciiTheme="minorBidi" w:hAnsiTheme="minorBidi"/>
                <w:bCs/>
              </w:rPr>
            </w:pPr>
            <w:r w:rsidRPr="00F742CF">
              <w:rPr>
                <w:rFonts w:asciiTheme="minorBidi" w:hAnsiTheme="minorBidi"/>
                <w:bCs/>
                <w:sz w:val="21"/>
              </w:rPr>
              <w:t xml:space="preserve">Al </w:t>
            </w:r>
            <w:proofErr w:type="spellStart"/>
            <w:r w:rsidRPr="00F742CF">
              <w:rPr>
                <w:rFonts w:asciiTheme="minorBidi" w:hAnsiTheme="minorBidi"/>
                <w:bCs/>
                <w:sz w:val="21"/>
              </w:rPr>
              <w:t>Alousi</w:t>
            </w:r>
            <w:proofErr w:type="spellEnd"/>
            <w:r w:rsidRPr="00F742CF">
              <w:rPr>
                <w:rFonts w:asciiTheme="minorBidi" w:hAnsiTheme="minorBidi"/>
                <w:bCs/>
                <w:sz w:val="21"/>
              </w:rPr>
              <w:t xml:space="preserve"> High School Riyadh, Saudi Arabia - High School Diploma</w:t>
            </w:r>
          </w:p>
        </w:tc>
      </w:tr>
    </w:tbl>
    <w:p w14:paraId="422A9729" w14:textId="77777777" w:rsidR="00D3391E" w:rsidRPr="00F742CF" w:rsidRDefault="00D3391E" w:rsidP="00D3391E">
      <w:pPr>
        <w:shd w:val="clear" w:color="auto" w:fill="E7E6E6"/>
        <w:spacing w:before="160" w:after="40" w:line="480" w:lineRule="auto"/>
        <w:rPr>
          <w:rFonts w:asciiTheme="minorBidi" w:hAnsiTheme="minorBidi"/>
          <w:bCs/>
        </w:rPr>
      </w:pPr>
      <w:r w:rsidRPr="00F742CF">
        <w:rPr>
          <w:rFonts w:asciiTheme="minorBidi" w:hAnsiTheme="minorBidi"/>
          <w:bCs/>
          <w:sz w:val="20"/>
        </w:rPr>
        <w:t>LICENSES AND CERTIFICATIONS</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1655"/>
        <w:gridCol w:w="7992"/>
      </w:tblGrid>
      <w:tr w:rsidR="00D3391E" w:rsidRPr="00F742CF" w14:paraId="562C2981" w14:textId="77777777" w:rsidTr="00E64E63">
        <w:trPr>
          <w:jc w:val="center"/>
        </w:trPr>
        <w:tc>
          <w:tcPr>
            <w:tcW w:w="1655" w:type="dxa"/>
          </w:tcPr>
          <w:p w14:paraId="76F5D8C2" w14:textId="77777777" w:rsidR="00D3391E" w:rsidRPr="00F742CF" w:rsidRDefault="00D3391E" w:rsidP="00E64E63">
            <w:pPr>
              <w:spacing w:after="0" w:line="480" w:lineRule="auto"/>
              <w:rPr>
                <w:rFonts w:asciiTheme="minorBidi" w:hAnsiTheme="minorBidi"/>
                <w:bCs/>
              </w:rPr>
            </w:pPr>
            <w:r w:rsidRPr="00F742CF">
              <w:rPr>
                <w:rFonts w:asciiTheme="minorBidi" w:hAnsiTheme="minorBidi"/>
                <w:bCs/>
                <w:sz w:val="20"/>
              </w:rPr>
              <w:t>Completed</w:t>
            </w:r>
          </w:p>
        </w:tc>
        <w:tc>
          <w:tcPr>
            <w:tcW w:w="7992" w:type="dxa"/>
          </w:tcPr>
          <w:p w14:paraId="508974A6" w14:textId="77777777" w:rsidR="00D3391E" w:rsidRPr="00F742CF" w:rsidRDefault="00D3391E" w:rsidP="00E64E63">
            <w:pPr>
              <w:spacing w:after="20" w:line="480" w:lineRule="auto"/>
              <w:rPr>
                <w:rFonts w:asciiTheme="minorBidi" w:hAnsiTheme="minorBidi"/>
                <w:bCs/>
              </w:rPr>
            </w:pPr>
            <w:r w:rsidRPr="00F742CF">
              <w:rPr>
                <w:rFonts w:asciiTheme="minorBidi" w:hAnsiTheme="minorBidi"/>
                <w:bCs/>
                <w:sz w:val="21"/>
              </w:rPr>
              <w:t>Private Pilot Certificate</w:t>
            </w:r>
          </w:p>
          <w:p w14:paraId="444CECFB" w14:textId="77777777" w:rsidR="00D3391E" w:rsidRPr="00F742CF" w:rsidRDefault="00D3391E" w:rsidP="00E64E63">
            <w:pPr>
              <w:spacing w:after="0" w:line="480" w:lineRule="auto"/>
              <w:ind w:left="216" w:hanging="216"/>
              <w:rPr>
                <w:rFonts w:asciiTheme="minorBidi" w:hAnsiTheme="minorBidi"/>
                <w:bCs/>
              </w:rPr>
            </w:pPr>
            <w:r w:rsidRPr="00F742CF">
              <w:rPr>
                <w:rFonts w:asciiTheme="minorBidi" w:hAnsiTheme="minorBidi"/>
                <w:bCs/>
                <w:sz w:val="20"/>
              </w:rPr>
              <w:t>• Completed FAA pilot training milestone and built a foundation in aircraft control, preflight planning, and safe decision-making.</w:t>
            </w:r>
          </w:p>
        </w:tc>
      </w:tr>
      <w:tr w:rsidR="00D3391E" w:rsidRPr="00F742CF" w14:paraId="6CEC4879" w14:textId="77777777" w:rsidTr="00E64E63">
        <w:trPr>
          <w:jc w:val="center"/>
        </w:trPr>
        <w:tc>
          <w:tcPr>
            <w:tcW w:w="1655" w:type="dxa"/>
          </w:tcPr>
          <w:p w14:paraId="77412F46" w14:textId="77777777" w:rsidR="00D3391E" w:rsidRPr="00F742CF" w:rsidRDefault="00D3391E" w:rsidP="00E64E63">
            <w:pPr>
              <w:spacing w:after="0" w:line="480" w:lineRule="auto"/>
              <w:rPr>
                <w:rFonts w:asciiTheme="minorBidi" w:hAnsiTheme="minorBidi"/>
                <w:bCs/>
              </w:rPr>
            </w:pPr>
            <w:r w:rsidRPr="00F742CF">
              <w:rPr>
                <w:rFonts w:asciiTheme="minorBidi" w:hAnsiTheme="minorBidi"/>
                <w:bCs/>
                <w:sz w:val="20"/>
              </w:rPr>
              <w:t>Completed</w:t>
            </w:r>
          </w:p>
        </w:tc>
        <w:tc>
          <w:tcPr>
            <w:tcW w:w="7992" w:type="dxa"/>
          </w:tcPr>
          <w:p w14:paraId="1ABF8279" w14:textId="77777777" w:rsidR="00D3391E" w:rsidRPr="00F742CF" w:rsidRDefault="00D3391E" w:rsidP="00E64E63">
            <w:pPr>
              <w:spacing w:after="20" w:line="480" w:lineRule="auto"/>
              <w:rPr>
                <w:rFonts w:asciiTheme="minorBidi" w:hAnsiTheme="minorBidi"/>
                <w:bCs/>
              </w:rPr>
            </w:pPr>
            <w:r w:rsidRPr="00F742CF">
              <w:rPr>
                <w:rFonts w:asciiTheme="minorBidi" w:hAnsiTheme="minorBidi"/>
                <w:bCs/>
                <w:sz w:val="21"/>
              </w:rPr>
              <w:t>Instrument Rating</w:t>
            </w:r>
          </w:p>
          <w:p w14:paraId="3FFD211E" w14:textId="77777777" w:rsidR="00D3391E" w:rsidRPr="00F742CF" w:rsidRDefault="00D3391E" w:rsidP="00E64E63">
            <w:pPr>
              <w:spacing w:after="0" w:line="480" w:lineRule="auto"/>
              <w:ind w:left="216" w:hanging="216"/>
              <w:rPr>
                <w:rFonts w:asciiTheme="minorBidi" w:hAnsiTheme="minorBidi"/>
                <w:bCs/>
              </w:rPr>
            </w:pPr>
            <w:r w:rsidRPr="00F742CF">
              <w:rPr>
                <w:rFonts w:asciiTheme="minorBidi" w:hAnsiTheme="minorBidi"/>
                <w:bCs/>
                <w:sz w:val="20"/>
              </w:rPr>
              <w:t>• Practiced instrument procedures, approach preparation, cockpit organization, navigation, and radio communication.</w:t>
            </w:r>
          </w:p>
        </w:tc>
      </w:tr>
      <w:tr w:rsidR="00D3391E" w:rsidRPr="00F742CF" w14:paraId="2B95E619" w14:textId="77777777" w:rsidTr="00E64E63">
        <w:trPr>
          <w:jc w:val="center"/>
        </w:trPr>
        <w:tc>
          <w:tcPr>
            <w:tcW w:w="1655" w:type="dxa"/>
          </w:tcPr>
          <w:p w14:paraId="3FA53C39" w14:textId="77777777" w:rsidR="00D3391E" w:rsidRPr="00F742CF" w:rsidRDefault="00D3391E" w:rsidP="00E64E63">
            <w:pPr>
              <w:spacing w:after="0" w:line="480" w:lineRule="auto"/>
              <w:rPr>
                <w:rFonts w:asciiTheme="minorBidi" w:hAnsiTheme="minorBidi"/>
                <w:bCs/>
              </w:rPr>
            </w:pPr>
            <w:r w:rsidRPr="00F742CF">
              <w:rPr>
                <w:rFonts w:asciiTheme="minorBidi" w:hAnsiTheme="minorBidi"/>
                <w:bCs/>
                <w:sz w:val="20"/>
              </w:rPr>
              <w:t>In Progress</w:t>
            </w:r>
          </w:p>
        </w:tc>
        <w:tc>
          <w:tcPr>
            <w:tcW w:w="7992" w:type="dxa"/>
          </w:tcPr>
          <w:p w14:paraId="410430B2" w14:textId="77777777" w:rsidR="00D3391E" w:rsidRPr="00F742CF" w:rsidRDefault="00D3391E" w:rsidP="00E64E63">
            <w:pPr>
              <w:spacing w:after="20" w:line="480" w:lineRule="auto"/>
              <w:rPr>
                <w:rFonts w:asciiTheme="minorBidi" w:hAnsiTheme="minorBidi"/>
                <w:bCs/>
              </w:rPr>
            </w:pPr>
            <w:r w:rsidRPr="00F742CF">
              <w:rPr>
                <w:rFonts w:asciiTheme="minorBidi" w:hAnsiTheme="minorBidi"/>
                <w:bCs/>
                <w:sz w:val="21"/>
              </w:rPr>
              <w:t>Commercial Pilot Certificate</w:t>
            </w:r>
          </w:p>
          <w:p w14:paraId="58CCFC45" w14:textId="77777777" w:rsidR="00D3391E" w:rsidRDefault="00D3391E" w:rsidP="00E64E63">
            <w:pPr>
              <w:spacing w:after="0" w:line="480" w:lineRule="auto"/>
              <w:ind w:left="216" w:hanging="216"/>
              <w:rPr>
                <w:rFonts w:asciiTheme="minorBidi" w:hAnsiTheme="minorBidi"/>
                <w:bCs/>
                <w:sz w:val="20"/>
              </w:rPr>
            </w:pPr>
            <w:r w:rsidRPr="00F742CF">
              <w:rPr>
                <w:rFonts w:asciiTheme="minorBidi" w:hAnsiTheme="minorBidi"/>
                <w:bCs/>
                <w:sz w:val="20"/>
              </w:rPr>
              <w:t>• Continuing flight training toward commercial pilot qualifications and long-term airline readiness.</w:t>
            </w:r>
          </w:p>
          <w:p w14:paraId="4AF6DA94" w14:textId="77777777" w:rsidR="00D3391E" w:rsidRDefault="00D3391E" w:rsidP="00E64E63">
            <w:pPr>
              <w:spacing w:after="0" w:line="480" w:lineRule="auto"/>
              <w:ind w:left="216" w:hanging="216"/>
              <w:rPr>
                <w:rFonts w:asciiTheme="minorBidi" w:hAnsiTheme="minorBidi"/>
                <w:bCs/>
                <w:sz w:val="20"/>
              </w:rPr>
            </w:pPr>
          </w:p>
          <w:p w14:paraId="7B2C2EBD" w14:textId="77777777" w:rsidR="00D3391E" w:rsidRDefault="00D3391E" w:rsidP="00E64E63">
            <w:pPr>
              <w:spacing w:after="0" w:line="480" w:lineRule="auto"/>
              <w:ind w:left="216" w:hanging="216"/>
              <w:rPr>
                <w:rFonts w:asciiTheme="minorBidi" w:hAnsiTheme="minorBidi"/>
                <w:bCs/>
                <w:sz w:val="20"/>
              </w:rPr>
            </w:pPr>
          </w:p>
          <w:p w14:paraId="6909F3BB" w14:textId="77777777" w:rsidR="00D3391E" w:rsidRDefault="00D3391E" w:rsidP="00E64E63">
            <w:pPr>
              <w:spacing w:after="0" w:line="480" w:lineRule="auto"/>
              <w:ind w:left="216" w:hanging="216"/>
              <w:rPr>
                <w:rFonts w:asciiTheme="minorBidi" w:hAnsiTheme="minorBidi"/>
                <w:bCs/>
                <w:sz w:val="20"/>
              </w:rPr>
            </w:pPr>
          </w:p>
          <w:p w14:paraId="3DD83C81" w14:textId="77777777" w:rsidR="00D3391E" w:rsidRPr="00F742CF" w:rsidRDefault="00D3391E" w:rsidP="00E64E63">
            <w:pPr>
              <w:spacing w:after="0" w:line="480" w:lineRule="auto"/>
              <w:ind w:left="216" w:hanging="216"/>
              <w:rPr>
                <w:rFonts w:asciiTheme="minorBidi" w:hAnsiTheme="minorBidi"/>
                <w:bCs/>
              </w:rPr>
            </w:pPr>
          </w:p>
        </w:tc>
      </w:tr>
    </w:tbl>
    <w:p w14:paraId="30A920A1" w14:textId="77777777" w:rsidR="00D3391E" w:rsidRPr="00F742CF" w:rsidRDefault="00D3391E" w:rsidP="00D3391E">
      <w:pPr>
        <w:shd w:val="clear" w:color="auto" w:fill="E7E6E6"/>
        <w:spacing w:before="160" w:after="40" w:line="480" w:lineRule="auto"/>
        <w:rPr>
          <w:rFonts w:asciiTheme="minorBidi" w:hAnsiTheme="minorBidi"/>
          <w:bCs/>
        </w:rPr>
      </w:pPr>
      <w:r w:rsidRPr="00F742CF">
        <w:rPr>
          <w:rFonts w:asciiTheme="minorBidi" w:hAnsiTheme="minorBidi"/>
          <w:bCs/>
          <w:sz w:val="20"/>
        </w:rPr>
        <w:lastRenderedPageBreak/>
        <w:t>WORK AND RELATED EXPERIENCE</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1655"/>
        <w:gridCol w:w="7992"/>
      </w:tblGrid>
      <w:tr w:rsidR="00D3391E" w:rsidRPr="00F742CF" w14:paraId="41C76830" w14:textId="77777777" w:rsidTr="00E64E63">
        <w:trPr>
          <w:jc w:val="center"/>
        </w:trPr>
        <w:tc>
          <w:tcPr>
            <w:tcW w:w="1655" w:type="dxa"/>
          </w:tcPr>
          <w:p w14:paraId="63558845" w14:textId="77777777" w:rsidR="00D3391E" w:rsidRPr="00F742CF" w:rsidRDefault="00D3391E" w:rsidP="00E64E63">
            <w:pPr>
              <w:spacing w:after="0" w:line="480" w:lineRule="auto"/>
              <w:rPr>
                <w:rFonts w:asciiTheme="minorBidi" w:hAnsiTheme="minorBidi"/>
                <w:bCs/>
              </w:rPr>
            </w:pPr>
            <w:r w:rsidRPr="00F742CF">
              <w:rPr>
                <w:rFonts w:asciiTheme="minorBidi" w:hAnsiTheme="minorBidi"/>
                <w:bCs/>
                <w:sz w:val="20"/>
              </w:rPr>
              <w:t>2020-Present</w:t>
            </w:r>
          </w:p>
        </w:tc>
        <w:tc>
          <w:tcPr>
            <w:tcW w:w="7992" w:type="dxa"/>
          </w:tcPr>
          <w:p w14:paraId="6359995A" w14:textId="77777777" w:rsidR="00D3391E" w:rsidRPr="00F742CF" w:rsidRDefault="00D3391E" w:rsidP="00E64E63">
            <w:pPr>
              <w:spacing w:after="20" w:line="480" w:lineRule="auto"/>
              <w:rPr>
                <w:rFonts w:asciiTheme="minorBidi" w:hAnsiTheme="minorBidi"/>
                <w:bCs/>
              </w:rPr>
            </w:pPr>
            <w:r w:rsidRPr="00F742CF">
              <w:rPr>
                <w:rFonts w:asciiTheme="minorBidi" w:hAnsiTheme="minorBidi"/>
                <w:bCs/>
                <w:sz w:val="21"/>
              </w:rPr>
              <w:t>Professional Aviation Student and Flight Trainee - Kansas State University Polytechnic Campus, Salina, Kansas</w:t>
            </w:r>
          </w:p>
          <w:p w14:paraId="7F5D0D2C" w14:textId="77777777" w:rsidR="00D3391E" w:rsidRPr="00F742CF" w:rsidRDefault="00D3391E" w:rsidP="00E64E63">
            <w:pPr>
              <w:spacing w:after="0" w:line="480" w:lineRule="auto"/>
              <w:ind w:left="216" w:hanging="216"/>
              <w:rPr>
                <w:rFonts w:asciiTheme="minorBidi" w:hAnsiTheme="minorBidi"/>
                <w:bCs/>
              </w:rPr>
            </w:pPr>
            <w:r w:rsidRPr="00F742CF">
              <w:rPr>
                <w:rFonts w:asciiTheme="minorBidi" w:hAnsiTheme="minorBidi"/>
                <w:bCs/>
                <w:sz w:val="20"/>
              </w:rPr>
              <w:t>• Completed aviation coursework and flight training in a professional academic environment.</w:t>
            </w:r>
          </w:p>
          <w:p w14:paraId="2FCF5E60" w14:textId="77777777" w:rsidR="00D3391E" w:rsidRPr="00F742CF" w:rsidRDefault="00D3391E" w:rsidP="00E64E63">
            <w:pPr>
              <w:spacing w:after="0" w:line="480" w:lineRule="auto"/>
              <w:ind w:left="216" w:hanging="216"/>
              <w:rPr>
                <w:rFonts w:asciiTheme="minorBidi" w:hAnsiTheme="minorBidi"/>
                <w:bCs/>
              </w:rPr>
            </w:pPr>
            <w:r w:rsidRPr="00F742CF">
              <w:rPr>
                <w:rFonts w:asciiTheme="minorBidi" w:hAnsiTheme="minorBidi"/>
                <w:bCs/>
                <w:sz w:val="20"/>
              </w:rPr>
              <w:t>• Practiced checklist discipline, radio communication, preflight planning, weather review, and safety-based decision-making.</w:t>
            </w:r>
          </w:p>
          <w:p w14:paraId="4164596C" w14:textId="77777777" w:rsidR="00D3391E" w:rsidRPr="00F742CF" w:rsidRDefault="00D3391E" w:rsidP="00E64E63">
            <w:pPr>
              <w:spacing w:after="0" w:line="480" w:lineRule="auto"/>
              <w:ind w:left="216" w:hanging="216"/>
              <w:rPr>
                <w:rFonts w:asciiTheme="minorBidi" w:hAnsiTheme="minorBidi"/>
                <w:bCs/>
              </w:rPr>
            </w:pPr>
            <w:r w:rsidRPr="00F742CF">
              <w:rPr>
                <w:rFonts w:asciiTheme="minorBidi" w:hAnsiTheme="minorBidi"/>
                <w:bCs/>
                <w:sz w:val="20"/>
              </w:rPr>
              <w:t>• Developed independence and responsibility while studying as an international student in the United States.</w:t>
            </w:r>
          </w:p>
        </w:tc>
      </w:tr>
      <w:tr w:rsidR="00D3391E" w:rsidRPr="00F742CF" w14:paraId="008AFCF5" w14:textId="77777777" w:rsidTr="00E64E63">
        <w:trPr>
          <w:jc w:val="center"/>
        </w:trPr>
        <w:tc>
          <w:tcPr>
            <w:tcW w:w="1655" w:type="dxa"/>
          </w:tcPr>
          <w:p w14:paraId="19F4DF1E" w14:textId="77777777" w:rsidR="00D3391E" w:rsidRPr="00F742CF" w:rsidRDefault="00D3391E" w:rsidP="00E64E63">
            <w:pPr>
              <w:spacing w:after="0" w:line="480" w:lineRule="auto"/>
              <w:rPr>
                <w:rFonts w:asciiTheme="minorBidi" w:hAnsiTheme="minorBidi"/>
                <w:bCs/>
              </w:rPr>
            </w:pPr>
            <w:r w:rsidRPr="00F742CF">
              <w:rPr>
                <w:rFonts w:asciiTheme="minorBidi" w:hAnsiTheme="minorBidi"/>
                <w:bCs/>
                <w:sz w:val="20"/>
              </w:rPr>
              <w:t>2020-Present</w:t>
            </w:r>
          </w:p>
        </w:tc>
        <w:tc>
          <w:tcPr>
            <w:tcW w:w="7992" w:type="dxa"/>
          </w:tcPr>
          <w:p w14:paraId="62204808" w14:textId="77777777" w:rsidR="00D3391E" w:rsidRPr="00F742CF" w:rsidRDefault="00D3391E" w:rsidP="00E64E63">
            <w:pPr>
              <w:spacing w:after="20" w:line="480" w:lineRule="auto"/>
              <w:rPr>
                <w:rFonts w:asciiTheme="minorBidi" w:hAnsiTheme="minorBidi"/>
                <w:bCs/>
              </w:rPr>
            </w:pPr>
            <w:r w:rsidRPr="00F742CF">
              <w:rPr>
                <w:rFonts w:asciiTheme="minorBidi" w:hAnsiTheme="minorBidi"/>
                <w:bCs/>
                <w:sz w:val="21"/>
              </w:rPr>
              <w:t>Instrument-Rated Pilot Trainee - Salina, Kansas</w:t>
            </w:r>
          </w:p>
          <w:p w14:paraId="0B783559" w14:textId="77777777" w:rsidR="00D3391E" w:rsidRPr="00F742CF" w:rsidRDefault="00D3391E" w:rsidP="00E64E63">
            <w:pPr>
              <w:spacing w:after="0" w:line="480" w:lineRule="auto"/>
              <w:ind w:left="216" w:hanging="216"/>
              <w:rPr>
                <w:rFonts w:asciiTheme="minorBidi" w:hAnsiTheme="minorBidi"/>
                <w:bCs/>
              </w:rPr>
            </w:pPr>
            <w:r w:rsidRPr="00F742CF">
              <w:rPr>
                <w:rFonts w:asciiTheme="minorBidi" w:hAnsiTheme="minorBidi"/>
                <w:bCs/>
                <w:sz w:val="20"/>
              </w:rPr>
              <w:t>• Built experience with instrument procedures, navigation, approach preparation, and cockpit organization.</w:t>
            </w:r>
          </w:p>
          <w:p w14:paraId="1DA35407" w14:textId="77777777" w:rsidR="00D3391E" w:rsidRPr="00F742CF" w:rsidRDefault="00D3391E" w:rsidP="00E64E63">
            <w:pPr>
              <w:spacing w:after="0" w:line="480" w:lineRule="auto"/>
              <w:ind w:left="216" w:hanging="216"/>
              <w:rPr>
                <w:rFonts w:asciiTheme="minorBidi" w:hAnsiTheme="minorBidi"/>
                <w:bCs/>
              </w:rPr>
            </w:pPr>
            <w:r w:rsidRPr="00F742CF">
              <w:rPr>
                <w:rFonts w:asciiTheme="minorBidi" w:hAnsiTheme="minorBidi"/>
                <w:bCs/>
                <w:sz w:val="20"/>
              </w:rPr>
              <w:t>• Strengthened situational awareness, communication habits, and structured planning.</w:t>
            </w:r>
          </w:p>
          <w:p w14:paraId="1DDB48F7" w14:textId="77777777" w:rsidR="00D3391E" w:rsidRPr="00F742CF" w:rsidRDefault="00D3391E" w:rsidP="00E64E63">
            <w:pPr>
              <w:spacing w:after="0" w:line="480" w:lineRule="auto"/>
              <w:ind w:left="216" w:hanging="216"/>
              <w:rPr>
                <w:rFonts w:asciiTheme="minorBidi" w:hAnsiTheme="minorBidi"/>
                <w:bCs/>
              </w:rPr>
            </w:pPr>
            <w:r w:rsidRPr="00F742CF">
              <w:rPr>
                <w:rFonts w:asciiTheme="minorBidi" w:hAnsiTheme="minorBidi"/>
                <w:bCs/>
                <w:sz w:val="20"/>
              </w:rPr>
              <w:t>• Continued training toward commercial pilot qualifications and airline readiness.</w:t>
            </w:r>
          </w:p>
        </w:tc>
      </w:tr>
    </w:tbl>
    <w:p w14:paraId="6F16F295" w14:textId="77777777" w:rsidR="00D3391E" w:rsidRPr="00F742CF" w:rsidRDefault="00D3391E" w:rsidP="00D3391E">
      <w:pPr>
        <w:shd w:val="clear" w:color="auto" w:fill="E7E6E6"/>
        <w:spacing w:before="160" w:after="40" w:line="480" w:lineRule="auto"/>
        <w:rPr>
          <w:rFonts w:asciiTheme="minorBidi" w:hAnsiTheme="minorBidi"/>
          <w:bCs/>
        </w:rPr>
      </w:pPr>
      <w:r w:rsidRPr="00F742CF">
        <w:rPr>
          <w:rFonts w:asciiTheme="minorBidi" w:hAnsiTheme="minorBidi"/>
          <w:bCs/>
          <w:sz w:val="20"/>
        </w:rPr>
        <w:t>SKILLS</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1655"/>
        <w:gridCol w:w="7992"/>
      </w:tblGrid>
      <w:tr w:rsidR="00D3391E" w:rsidRPr="00F742CF" w14:paraId="33CB858B" w14:textId="77777777" w:rsidTr="00E64E63">
        <w:trPr>
          <w:jc w:val="center"/>
        </w:trPr>
        <w:tc>
          <w:tcPr>
            <w:tcW w:w="1655" w:type="dxa"/>
          </w:tcPr>
          <w:p w14:paraId="5E652514" w14:textId="77777777" w:rsidR="00D3391E" w:rsidRPr="00F742CF" w:rsidRDefault="00D3391E" w:rsidP="00E64E63">
            <w:pPr>
              <w:spacing w:after="0" w:line="480" w:lineRule="auto"/>
              <w:rPr>
                <w:rFonts w:asciiTheme="minorBidi" w:hAnsiTheme="minorBidi"/>
                <w:bCs/>
              </w:rPr>
            </w:pPr>
            <w:r w:rsidRPr="00F742CF">
              <w:rPr>
                <w:rFonts w:asciiTheme="minorBidi" w:hAnsiTheme="minorBidi"/>
                <w:bCs/>
                <w:sz w:val="20"/>
              </w:rPr>
              <w:t>Hard Skills</w:t>
            </w:r>
          </w:p>
        </w:tc>
        <w:tc>
          <w:tcPr>
            <w:tcW w:w="7992" w:type="dxa"/>
          </w:tcPr>
          <w:p w14:paraId="694C6BAC" w14:textId="77777777" w:rsidR="00D3391E" w:rsidRPr="00F742CF" w:rsidRDefault="00D3391E" w:rsidP="00E64E63">
            <w:pPr>
              <w:spacing w:after="20" w:line="480" w:lineRule="auto"/>
              <w:rPr>
                <w:rFonts w:asciiTheme="minorBidi" w:hAnsiTheme="minorBidi"/>
                <w:bCs/>
              </w:rPr>
            </w:pPr>
            <w:r w:rsidRPr="00F742CF">
              <w:rPr>
                <w:rFonts w:asciiTheme="minorBidi" w:hAnsiTheme="minorBidi"/>
                <w:bCs/>
                <w:sz w:val="21"/>
              </w:rPr>
              <w:t>Flight planning; checklist use; radio communication; instrument procedures; aviation weather review; Microsoft Word; Microsoft Excel; technical writing; research; public speaking; bilingual communication in Arabic and English.</w:t>
            </w:r>
          </w:p>
        </w:tc>
      </w:tr>
      <w:tr w:rsidR="00D3391E" w:rsidRPr="00F742CF" w14:paraId="4BB77A16" w14:textId="77777777" w:rsidTr="00E64E63">
        <w:trPr>
          <w:jc w:val="center"/>
        </w:trPr>
        <w:tc>
          <w:tcPr>
            <w:tcW w:w="1655" w:type="dxa"/>
          </w:tcPr>
          <w:p w14:paraId="21CEFA18" w14:textId="77777777" w:rsidR="00D3391E" w:rsidRPr="00F742CF" w:rsidRDefault="00D3391E" w:rsidP="00E64E63">
            <w:pPr>
              <w:spacing w:after="0" w:line="480" w:lineRule="auto"/>
              <w:rPr>
                <w:rFonts w:asciiTheme="minorBidi" w:hAnsiTheme="minorBidi"/>
                <w:bCs/>
              </w:rPr>
            </w:pPr>
            <w:r w:rsidRPr="00F742CF">
              <w:rPr>
                <w:rFonts w:asciiTheme="minorBidi" w:hAnsiTheme="minorBidi"/>
                <w:bCs/>
                <w:sz w:val="20"/>
              </w:rPr>
              <w:t>Soft Skills</w:t>
            </w:r>
          </w:p>
        </w:tc>
        <w:tc>
          <w:tcPr>
            <w:tcW w:w="7992" w:type="dxa"/>
          </w:tcPr>
          <w:p w14:paraId="3BC6910D" w14:textId="365F7B0A" w:rsidR="00D3391E" w:rsidRPr="00D3391E" w:rsidRDefault="00D3391E" w:rsidP="00D3391E">
            <w:pPr>
              <w:spacing w:after="20" w:line="480" w:lineRule="auto"/>
              <w:rPr>
                <w:rFonts w:asciiTheme="minorBidi" w:hAnsiTheme="minorBidi"/>
                <w:bCs/>
                <w:sz w:val="21"/>
              </w:rPr>
            </w:pPr>
            <w:r w:rsidRPr="00F742CF">
              <w:rPr>
                <w:rFonts w:asciiTheme="minorBidi" w:hAnsiTheme="minorBidi"/>
                <w:bCs/>
                <w:sz w:val="21"/>
              </w:rPr>
              <w:t>Responsible; disciplined; hardworking; loyal; adaptable; respectful; calm under pressure; willing to learn from feedback; comfortable working with people from different cultures.</w:t>
            </w:r>
          </w:p>
        </w:tc>
      </w:tr>
    </w:tbl>
    <w:p w14:paraId="58D37A14" w14:textId="77777777" w:rsidR="00D3391E" w:rsidRPr="00F742CF" w:rsidRDefault="00D3391E" w:rsidP="00D3391E">
      <w:pPr>
        <w:shd w:val="clear" w:color="auto" w:fill="E7E6E6"/>
        <w:spacing w:before="160" w:after="40" w:line="480" w:lineRule="auto"/>
        <w:rPr>
          <w:rFonts w:asciiTheme="minorBidi" w:hAnsiTheme="minorBidi"/>
          <w:bCs/>
        </w:rPr>
      </w:pPr>
      <w:r w:rsidRPr="00F742CF">
        <w:rPr>
          <w:rFonts w:asciiTheme="minorBidi" w:hAnsiTheme="minorBidi"/>
          <w:bCs/>
          <w:sz w:val="20"/>
        </w:rPr>
        <w:t>AWARDS AND HONORS</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1655"/>
        <w:gridCol w:w="7992"/>
      </w:tblGrid>
      <w:tr w:rsidR="00D3391E" w:rsidRPr="00F742CF" w14:paraId="6B6D60D7" w14:textId="77777777" w:rsidTr="00E64E63">
        <w:trPr>
          <w:jc w:val="center"/>
        </w:trPr>
        <w:tc>
          <w:tcPr>
            <w:tcW w:w="1655" w:type="dxa"/>
          </w:tcPr>
          <w:p w14:paraId="43FF342C" w14:textId="77777777" w:rsidR="00D3391E" w:rsidRPr="00F742CF" w:rsidRDefault="00D3391E" w:rsidP="00E64E63">
            <w:pPr>
              <w:spacing w:after="0" w:line="480" w:lineRule="auto"/>
              <w:rPr>
                <w:rFonts w:asciiTheme="minorBidi" w:hAnsiTheme="minorBidi"/>
                <w:bCs/>
              </w:rPr>
            </w:pPr>
            <w:r w:rsidRPr="00F742CF">
              <w:rPr>
                <w:rFonts w:asciiTheme="minorBidi" w:hAnsiTheme="minorBidi"/>
                <w:bCs/>
                <w:sz w:val="20"/>
              </w:rPr>
              <w:t>Milestones</w:t>
            </w:r>
          </w:p>
        </w:tc>
        <w:tc>
          <w:tcPr>
            <w:tcW w:w="7992" w:type="dxa"/>
          </w:tcPr>
          <w:p w14:paraId="30814CD5" w14:textId="77777777" w:rsidR="00D3391E" w:rsidRPr="00F742CF" w:rsidRDefault="00D3391E" w:rsidP="00E64E63">
            <w:pPr>
              <w:spacing w:after="20" w:line="480" w:lineRule="auto"/>
              <w:rPr>
                <w:rFonts w:asciiTheme="minorBidi" w:hAnsiTheme="minorBidi"/>
                <w:bCs/>
              </w:rPr>
            </w:pPr>
            <w:r w:rsidRPr="00F742CF">
              <w:rPr>
                <w:rFonts w:asciiTheme="minorBidi" w:hAnsiTheme="minorBidi"/>
                <w:bCs/>
                <w:sz w:val="21"/>
              </w:rPr>
              <w:t>Completed Private Pilot and Instrument Rating milestones.</w:t>
            </w:r>
          </w:p>
        </w:tc>
      </w:tr>
      <w:tr w:rsidR="00D3391E" w:rsidRPr="00F742CF" w14:paraId="13F1308E" w14:textId="77777777" w:rsidTr="00E64E63">
        <w:trPr>
          <w:jc w:val="center"/>
        </w:trPr>
        <w:tc>
          <w:tcPr>
            <w:tcW w:w="1655" w:type="dxa"/>
          </w:tcPr>
          <w:p w14:paraId="5E2913A9" w14:textId="77777777" w:rsidR="00D3391E" w:rsidRPr="00F742CF" w:rsidRDefault="00D3391E" w:rsidP="00E64E63">
            <w:pPr>
              <w:spacing w:after="0" w:line="480" w:lineRule="auto"/>
              <w:rPr>
                <w:rFonts w:asciiTheme="minorBidi" w:hAnsiTheme="minorBidi"/>
                <w:bCs/>
              </w:rPr>
            </w:pPr>
            <w:r w:rsidRPr="00F742CF">
              <w:rPr>
                <w:rFonts w:asciiTheme="minorBidi" w:hAnsiTheme="minorBidi"/>
                <w:bCs/>
                <w:sz w:val="20"/>
              </w:rPr>
              <w:t>Experience</w:t>
            </w:r>
          </w:p>
        </w:tc>
        <w:tc>
          <w:tcPr>
            <w:tcW w:w="7992" w:type="dxa"/>
          </w:tcPr>
          <w:p w14:paraId="68E42876" w14:textId="77777777" w:rsidR="00D3391E" w:rsidRPr="00F742CF" w:rsidRDefault="00D3391E" w:rsidP="00E64E63">
            <w:pPr>
              <w:spacing w:after="20" w:line="480" w:lineRule="auto"/>
              <w:rPr>
                <w:rFonts w:asciiTheme="minorBidi" w:hAnsiTheme="minorBidi"/>
                <w:bCs/>
              </w:rPr>
            </w:pPr>
            <w:r w:rsidRPr="00F742CF">
              <w:rPr>
                <w:rFonts w:asciiTheme="minorBidi" w:hAnsiTheme="minorBidi"/>
                <w:bCs/>
                <w:sz w:val="21"/>
              </w:rPr>
              <w:t>International student experience representing Saudi Arabia in a U.S. university setting.</w:t>
            </w:r>
          </w:p>
        </w:tc>
      </w:tr>
    </w:tbl>
    <w:p w14:paraId="5E00B2DA" w14:textId="77777777" w:rsidR="00D3391E" w:rsidRPr="00D3391E" w:rsidRDefault="00D3391E" w:rsidP="00D3391E">
      <w:pPr>
        <w:spacing w:line="480" w:lineRule="auto"/>
        <w:rPr>
          <w:rFonts w:asciiTheme="majorHAnsi" w:hAnsiTheme="majorHAnsi" w:cstheme="majorHAnsi"/>
        </w:rPr>
      </w:pPr>
    </w:p>
    <w:sectPr w:rsidR="00D3391E" w:rsidRPr="00D3391E" w:rsidSect="00034616">
      <w:footerReference w:type="default" r:id="rId8"/>
      <w:pgSz w:w="12240" w:h="15840"/>
      <w:pgMar w:top="1152" w:right="1296" w:bottom="1152"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6E7DD" w14:textId="77777777" w:rsidR="008C05CB" w:rsidRDefault="008C05CB">
      <w:pPr>
        <w:spacing w:after="0" w:line="240" w:lineRule="auto"/>
      </w:pPr>
      <w:r>
        <w:separator/>
      </w:r>
    </w:p>
  </w:endnote>
  <w:endnote w:type="continuationSeparator" w:id="0">
    <w:p w14:paraId="5F9EB0DC" w14:textId="77777777" w:rsidR="008C05CB" w:rsidRDefault="008C0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AB24D" w14:textId="77777777" w:rsidR="008C1A02" w:rsidRDefault="008C1A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7B0CC" w14:textId="77777777" w:rsidR="008C05CB" w:rsidRDefault="008C05CB">
      <w:pPr>
        <w:spacing w:after="0" w:line="240" w:lineRule="auto"/>
      </w:pPr>
      <w:r>
        <w:separator/>
      </w:r>
    </w:p>
  </w:footnote>
  <w:footnote w:type="continuationSeparator" w:id="0">
    <w:p w14:paraId="24D0BF42" w14:textId="77777777" w:rsidR="008C05CB" w:rsidRDefault="008C05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58142797">
    <w:abstractNumId w:val="8"/>
  </w:num>
  <w:num w:numId="2" w16cid:durableId="560136943">
    <w:abstractNumId w:val="6"/>
  </w:num>
  <w:num w:numId="3" w16cid:durableId="1195457655">
    <w:abstractNumId w:val="5"/>
  </w:num>
  <w:num w:numId="4" w16cid:durableId="1431926662">
    <w:abstractNumId w:val="4"/>
  </w:num>
  <w:num w:numId="5" w16cid:durableId="1107583880">
    <w:abstractNumId w:val="7"/>
  </w:num>
  <w:num w:numId="6" w16cid:durableId="1524317454">
    <w:abstractNumId w:val="3"/>
  </w:num>
  <w:num w:numId="7" w16cid:durableId="339160171">
    <w:abstractNumId w:val="2"/>
  </w:num>
  <w:num w:numId="8" w16cid:durableId="1447386096">
    <w:abstractNumId w:val="1"/>
  </w:num>
  <w:num w:numId="9" w16cid:durableId="1700739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627425"/>
    <w:rsid w:val="008C05CB"/>
    <w:rsid w:val="008C1A02"/>
    <w:rsid w:val="00AA1D8D"/>
    <w:rsid w:val="00B47730"/>
    <w:rsid w:val="00CB0664"/>
    <w:rsid w:val="00D3391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6DE377"/>
  <w14:defaultImageDpi w14:val="300"/>
  <w15:docId w15:val="{ED0C988D-1636-48AF-852B-F958E29B4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1443</Words>
  <Characters>8226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9650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ibra adosary</cp:lastModifiedBy>
  <cp:revision>2</cp:revision>
  <dcterms:created xsi:type="dcterms:W3CDTF">2026-06-23T17:36:00Z</dcterms:created>
  <dcterms:modified xsi:type="dcterms:W3CDTF">2026-06-23T17:36:00Z</dcterms:modified>
  <cp:category/>
</cp:coreProperties>
</file>